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0"/>
        </w:rPr>
        <w:t>ELÁLLÁSI ÉS REKLAMÁCIÓS NYILATKOZATMINTA</w:t>
      </w:r>
    </w:p>
    <w:p>
      <w:pPr>
        <w:jc w:val="center"/>
      </w:pPr>
      <w:r>
        <w:rPr>
          <w:rFonts w:ascii="Times New Roman" w:hAnsi="Times New Roman"/>
          <w:b w:val="0"/>
          <w:i w:val="0"/>
          <w:color w:val="737373"/>
          <w:sz w:val="18"/>
        </w:rPr>
        <w:t>Mayer’s Meat &amp; Table Kft. — 1025 Budapest, Barlang utca 6. fszt. 1.</w:t>
      </w:r>
    </w:p>
    <w:p>
      <w:pPr>
        <w:jc w:val="center"/>
      </w:pPr>
      <w:r>
        <w:rPr>
          <w:rFonts w:ascii="Times New Roman" w:hAnsi="Times New Roman"/>
          <w:b w:val="0"/>
          <w:i w:val="0"/>
          <w:color w:val="737373"/>
          <w:sz w:val="18"/>
        </w:rPr>
        <w:t>info@mayersmeatandtable.hu · +36 30 084 9500</w:t>
      </w:r>
    </w:p>
    <w:p>
      <w:pPr>
        <w:spacing w:before="100"/>
      </w:pPr>
      <w:r>
        <w:rPr>
          <w:rFonts w:ascii="Times New Roman" w:hAnsi="Times New Roman"/>
          <w:b/>
          <w:i w:val="0"/>
          <w:color w:val="1A2233"/>
          <w:sz w:val="23"/>
        </w:rPr>
        <w:t>A) Elállási / felmondási nyilatkozat</w:t>
      </w:r>
    </w:p>
    <w:p>
      <w:r>
        <w:rPr>
          <w:rFonts w:ascii="Times New Roman" w:hAnsi="Times New Roman"/>
          <w:b w:val="0"/>
          <w:i/>
          <w:color w:val="737373"/>
          <w:sz w:val="18"/>
        </w:rPr>
        <w:t>Kizárólag a szerződéstől való elállási / felmondási szándék esetén töltse ki és juttassa vissza. Figyelem: a friss, romlandó hústermékekre a jogszabály (45/2014. Korm. rendelet) alapján az indokolás nélküli elállási jog nem gyakorolható; e nyilatkozat a nem romlandó termékekre irányadó.</w:t>
      </w:r>
    </w:p>
    <w:p>
      <w:r>
        <w:rPr>
          <w:rFonts w:ascii="Times New Roman" w:hAnsi="Times New Roman"/>
          <w:b w:val="0"/>
          <w:i w:val="0"/>
          <w:color w:val="121212"/>
        </w:rPr>
        <w:t>Címzett: Mayer’s Meat &amp; Table Kft., 1025 Budapest, Barlang utca 6. fszt. 1., info@mayersmeatandtable.hu</w:t>
      </w:r>
    </w:p>
    <w:p>
      <w:r>
        <w:rPr>
          <w:rFonts w:ascii="Times New Roman" w:hAnsi="Times New Roman"/>
          <w:b w:val="0"/>
          <w:i w:val="0"/>
          <w:color w:val="121212"/>
        </w:rPr>
        <w:t>Alulírott kijelentem, hogy gyakorlom elállási / felmondási jogomat az alábbi termék(ek) adásvételére irányuló szerződés tekintetében:</w:t>
      </w:r>
    </w:p>
    <w:p>
      <w:pPr>
        <w:spacing w:after="60"/>
      </w:pPr>
      <w:r>
        <w:rPr>
          <w:color w:val="737373"/>
        </w:rPr>
        <w:t>__________________________________________________________________________________________________</w:t>
      </w:r>
    </w:p>
    <w:p>
      <w:pPr>
        <w:spacing w:after="60"/>
      </w:pPr>
      <w:r>
        <w:rPr>
          <w:color w:val="737373"/>
        </w:rPr>
        <w:t>__________________________________________________________________________________________________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Szerződéskötés / átvétel időpontja: </w:t>
      </w:r>
      <w:r>
        <w:rPr>
          <w:color w:val="737373"/>
        </w:rPr>
        <w:t>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A fogyasztó neve: </w:t>
      </w:r>
      <w:r>
        <w:rPr>
          <w:color w:val="737373"/>
        </w:rPr>
        <w:t>_____________________________________________________________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A fogyasztó címe: </w:t>
      </w:r>
      <w:r>
        <w:rPr>
          <w:color w:val="737373"/>
        </w:rPr>
        <w:t>_____________________________________________________________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Rendelés / számla azonosítója: </w:t>
      </w:r>
      <w:r>
        <w:rPr>
          <w:color w:val="737373"/>
        </w:rPr>
        <w:t>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Visszatérítési bankszámlaszám: </w:t>
      </w:r>
      <w:r>
        <w:rPr>
          <w:color w:val="737373"/>
        </w:rPr>
        <w:t>________________________________________________</w:t>
      </w:r>
    </w:p>
    <w:p>
      <w:pPr>
        <w:spacing w:before="80"/>
      </w:pPr>
      <w:r>
        <w:rPr>
          <w:rFonts w:ascii="Times New Roman" w:hAnsi="Times New Roman"/>
          <w:b w:val="0"/>
          <w:i w:val="0"/>
          <w:color w:val="121212"/>
        </w:rPr>
        <w:t>Kelt: __________________            Aláírás: __________________</w:t>
      </w:r>
    </w:p>
    <w:p>
      <w:r>
        <w:rPr>
          <w:rFonts w:ascii="Times New Roman" w:hAnsi="Times New Roman"/>
          <w:b w:val="0"/>
          <w:i w:val="0"/>
          <w:color w:val="737373"/>
          <w:sz w:val="16"/>
        </w:rPr>
        <w:t>(aláírás kizárólag papíron tett nyilatkozat esetén)</w:t>
      </w:r>
    </w:p>
    <w:p>
      <w:pPr>
        <w:spacing w:before="100"/>
      </w:pPr>
      <w:r>
        <w:rPr>
          <w:rFonts w:ascii="Times New Roman" w:hAnsi="Times New Roman"/>
          <w:b/>
          <w:i w:val="0"/>
          <w:color w:val="1A2233"/>
          <w:sz w:val="23"/>
        </w:rPr>
        <w:t>B) Minőségi kifogás (reklamáció) bejelentő</w:t>
      </w:r>
    </w:p>
    <w:p>
      <w:r>
        <w:rPr>
          <w:rFonts w:ascii="Times New Roman" w:hAnsi="Times New Roman"/>
          <w:b w:val="0"/>
          <w:i/>
          <w:color w:val="737373"/>
          <w:sz w:val="18"/>
        </w:rPr>
        <w:t>Kérjük, a termék átvételekor észlelt látható hibát azonnal, a rejtett minőségi hibát pedig az átvételtől számított 12 órán belül jelentse be, a hibát igazoló fényképpel együtt. A kifogásolt terméket a bírálatig hűtve őrizze meg.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Bejelentő neve: </w:t>
      </w:r>
      <w:r>
        <w:rPr>
          <w:color w:val="737373"/>
        </w:rPr>
        <w:t>_______________________________________________________________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Elérhetőség (e-mail / telefon): </w:t>
      </w:r>
      <w:r>
        <w:rPr>
          <w:color w:val="737373"/>
        </w:rPr>
        <w:t>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Rendelés / szállítólevél / számla száma: </w:t>
      </w:r>
      <w:r>
        <w:rPr>
          <w:color w:val="737373"/>
        </w:rPr>
        <w:t>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Átvétel időpontja: </w:t>
      </w:r>
      <w:r>
        <w:rPr>
          <w:color w:val="737373"/>
        </w:rPr>
        <w:t>____________________________________________________________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 xml:space="preserve">Kifogásolt termék megnevezése, mennyisége: </w:t>
      </w:r>
      <w:r>
        <w:rPr>
          <w:color w:val="737373"/>
        </w:rPr>
        <w:t>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>A hiba leírása:</w:t>
      </w:r>
    </w:p>
    <w:p>
      <w:pPr>
        <w:spacing w:after="60"/>
      </w:pPr>
      <w:r>
        <w:rPr>
          <w:color w:val="737373"/>
        </w:rPr>
        <w:t>__________________________________________________________________________________________________</w:t>
      </w:r>
    </w:p>
    <w:p>
      <w:pPr>
        <w:spacing w:after="60"/>
      </w:pPr>
      <w:r>
        <w:rPr>
          <w:color w:val="737373"/>
        </w:rPr>
        <w:t>__________________________________________________________________________________________________</w:t>
      </w:r>
    </w:p>
    <w:p>
      <w:r>
        <w:rPr>
          <w:rFonts w:ascii="Times New Roman" w:hAnsi="Times New Roman"/>
          <w:b w:val="0"/>
          <w:i w:val="0"/>
          <w:color w:val="121212"/>
        </w:rPr>
        <w:t>Csatolt fényképes dokumentáció:   [   ] igen      [   ] nem</w:t>
      </w:r>
    </w:p>
    <w:p>
      <w:r>
        <w:rPr>
          <w:rFonts w:ascii="Times New Roman" w:hAnsi="Times New Roman"/>
          <w:b w:val="0"/>
          <w:i w:val="0"/>
          <w:color w:val="121212"/>
        </w:rPr>
        <w:t>Igényelt megoldás:   [   ] csere      [   ] árleszállítás      [   ] vételár visszatérítése</w:t>
      </w:r>
    </w:p>
    <w:p>
      <w:pPr>
        <w:spacing w:before="80"/>
      </w:pPr>
      <w:r>
        <w:rPr>
          <w:rFonts w:ascii="Times New Roman" w:hAnsi="Times New Roman"/>
          <w:b w:val="0"/>
          <w:i w:val="0"/>
          <w:color w:val="121212"/>
        </w:rPr>
        <w:t>Kelt: __________________            Aláírás: 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68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decimal"/>
      </w:tabs>
    </w:pPr>
    <w:r>
      <w:rPr>
        <w:rFonts w:ascii="Times New Roman" w:hAnsi="Times New Roman"/>
        <w:color w:val="737373"/>
        <w:sz w:val="14"/>
      </w:rPr>
      <w:t>MAYER’S MEAT &amp; TABLE KFT. — Elállási és reklamációs nyilatkozatminta</w:t>
    </w:r>
    <w:r>
      <w:tab/>
    </w:r>
    <w:r>
      <w:fldChar w:fldCharType="begin"/>
      <w:instrText xml:space="preserve">PAGE</w:instrText>
      <w:fldChar w:fldCharType="end"/>
    </w:r>
    <w:r>
      <w:rPr>
        <w:color w:val="737373"/>
        <w:sz w:val="14"/>
      </w:rPr>
      <w:t>. oldal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121212"/>
      </w:pBdr>
      <w:jc w:val="center"/>
    </w:pPr>
    <w:r>
      <w:drawing>
        <wp:inline xmlns:a="http://schemas.openxmlformats.org/drawingml/2006/main" xmlns:pic="http://schemas.openxmlformats.org/drawingml/2006/picture">
          <wp:extent cx="1800000" cy="75062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5062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Times New Roman" w:hAnsi="Times New Roman"/>
      <w:color w:val="12121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